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AACE9" w14:textId="77777777" w:rsidR="006F4B9F" w:rsidRPr="00B016CE" w:rsidRDefault="00052638">
      <w:pPr>
        <w:spacing w:after="80"/>
        <w:jc w:val="center"/>
        <w:rPr>
          <w:lang w:val="it-IT"/>
        </w:rPr>
      </w:pPr>
      <w:r w:rsidRPr="00B016CE">
        <w:rPr>
          <w:b/>
          <w:sz w:val="24"/>
          <w:lang w:val="it-IT"/>
        </w:rPr>
        <w:t>Manifestazione di interesse allo stage linguistico – a.s. 2026-27</w:t>
      </w:r>
    </w:p>
    <w:p w14:paraId="4ED85D8E" w14:textId="5A4FEE15" w:rsidR="006F4B9F" w:rsidRPr="00B016CE" w:rsidRDefault="00052638">
      <w:pPr>
        <w:spacing w:after="40"/>
        <w:jc w:val="center"/>
        <w:rPr>
          <w:lang w:val="it-IT"/>
        </w:rPr>
      </w:pPr>
      <w:r w:rsidRPr="00B016CE">
        <w:rPr>
          <w:i/>
          <w:lang w:val="it-IT"/>
        </w:rPr>
        <w:t xml:space="preserve">Agli /alle alunni/e delle classi </w:t>
      </w:r>
      <w:r w:rsidR="00B016CE">
        <w:rPr>
          <w:i/>
          <w:lang w:val="it-IT"/>
        </w:rPr>
        <w:t>3A, 3C, 5D</w:t>
      </w:r>
    </w:p>
    <w:p w14:paraId="5D89F48A" w14:textId="77777777" w:rsidR="006F4B9F" w:rsidRPr="00B016CE" w:rsidRDefault="00052638">
      <w:pPr>
        <w:spacing w:after="360"/>
        <w:jc w:val="center"/>
        <w:rPr>
          <w:lang w:val="it-IT"/>
        </w:rPr>
      </w:pPr>
      <w:r w:rsidRPr="00B016CE">
        <w:rPr>
          <w:i/>
          <w:lang w:val="it-IT"/>
        </w:rPr>
        <w:t>del LICEO LINGUISTICO / Ai loro genitori</w:t>
      </w:r>
    </w:p>
    <w:p w14:paraId="107737D0" w14:textId="2B9E2653" w:rsidR="006F4B9F" w:rsidRPr="00B016CE" w:rsidRDefault="00052638">
      <w:pPr>
        <w:spacing w:after="240"/>
        <w:rPr>
          <w:lang w:val="it-IT"/>
        </w:rPr>
      </w:pPr>
      <w:r w:rsidRPr="00B016CE">
        <w:rPr>
          <w:b/>
          <w:lang w:val="it-IT"/>
        </w:rPr>
        <w:t xml:space="preserve">Oggetto: stage con corso di lingua – </w:t>
      </w:r>
      <w:r w:rsidR="00B016CE">
        <w:rPr>
          <w:b/>
          <w:lang w:val="it-IT"/>
        </w:rPr>
        <w:t>FRANCESE</w:t>
      </w:r>
    </w:p>
    <w:p w14:paraId="0E702ACF" w14:textId="1F485926" w:rsidR="003809CF" w:rsidRDefault="00052638">
      <w:pPr>
        <w:spacing w:after="240"/>
        <w:jc w:val="both"/>
        <w:rPr>
          <w:lang w:val="it-IT"/>
        </w:rPr>
      </w:pPr>
      <w:r w:rsidRPr="00B016CE">
        <w:rPr>
          <w:lang w:val="it-IT"/>
        </w:rPr>
        <w:t xml:space="preserve">Il nostro Istituto, nell’ambito Progetti Lingue Straniere, organizza un soggiorno-studio di </w:t>
      </w:r>
      <w:r w:rsidRPr="00E53336">
        <w:rPr>
          <w:b/>
          <w:bCs/>
          <w:lang w:val="it-IT"/>
        </w:rPr>
        <w:t>una settimana</w:t>
      </w:r>
      <w:r w:rsidRPr="00B016CE">
        <w:rPr>
          <w:lang w:val="it-IT"/>
        </w:rPr>
        <w:t xml:space="preserve"> in </w:t>
      </w:r>
      <w:r w:rsidR="00B016CE" w:rsidRPr="00E53336">
        <w:rPr>
          <w:b/>
          <w:bCs/>
          <w:lang w:val="it-IT"/>
        </w:rPr>
        <w:t>FRANCIA</w:t>
      </w:r>
      <w:r w:rsidR="00804F26" w:rsidRPr="00E53336">
        <w:rPr>
          <w:b/>
          <w:bCs/>
          <w:lang w:val="it-IT"/>
        </w:rPr>
        <w:t xml:space="preserve"> (</w:t>
      </w:r>
      <w:r w:rsidR="002345FB">
        <w:rPr>
          <w:b/>
          <w:bCs/>
          <w:lang w:val="it-IT"/>
        </w:rPr>
        <w:t xml:space="preserve">presumibilmente </w:t>
      </w:r>
      <w:r w:rsidR="00804F26" w:rsidRPr="00E53336">
        <w:rPr>
          <w:b/>
          <w:bCs/>
          <w:lang w:val="it-IT"/>
        </w:rPr>
        <w:t>Parigi</w:t>
      </w:r>
      <w:r w:rsidR="00C3615D">
        <w:rPr>
          <w:b/>
          <w:bCs/>
          <w:lang w:val="it-IT"/>
        </w:rPr>
        <w:t xml:space="preserve"> o </w:t>
      </w:r>
      <w:r w:rsidR="001608F5">
        <w:rPr>
          <w:b/>
          <w:bCs/>
          <w:lang w:val="it-IT"/>
        </w:rPr>
        <w:t>periferia parigina</w:t>
      </w:r>
      <w:r w:rsidR="00804F26" w:rsidRPr="00E53336">
        <w:rPr>
          <w:b/>
          <w:bCs/>
          <w:lang w:val="it-IT"/>
        </w:rPr>
        <w:t>)</w:t>
      </w:r>
      <w:r w:rsidRPr="00B016CE">
        <w:rPr>
          <w:lang w:val="it-IT"/>
        </w:rPr>
        <w:t xml:space="preserve"> per gli/le alunni/e delle cl</w:t>
      </w:r>
      <w:r w:rsidR="00804F26">
        <w:rPr>
          <w:lang w:val="it-IT"/>
        </w:rPr>
        <w:t>assi 3</w:t>
      </w:r>
      <w:r w:rsidR="00E53336">
        <w:rPr>
          <w:lang w:val="it-IT"/>
        </w:rPr>
        <w:t>A</w:t>
      </w:r>
      <w:r w:rsidR="00804F26">
        <w:rPr>
          <w:lang w:val="it-IT"/>
        </w:rPr>
        <w:t>, 3C</w:t>
      </w:r>
      <w:r w:rsidR="00E53336">
        <w:rPr>
          <w:lang w:val="it-IT"/>
        </w:rPr>
        <w:t xml:space="preserve"> e 5D</w:t>
      </w:r>
      <w:r w:rsidRPr="00B016CE">
        <w:rPr>
          <w:lang w:val="it-IT"/>
        </w:rPr>
        <w:t>. Lo stage si svolgerà</w:t>
      </w:r>
      <w:r w:rsidR="00DB012D">
        <w:rPr>
          <w:lang w:val="it-IT"/>
        </w:rPr>
        <w:t xml:space="preserve"> </w:t>
      </w:r>
      <w:r w:rsidR="00DB012D" w:rsidRPr="002345FB">
        <w:rPr>
          <w:b/>
          <w:bCs/>
          <w:lang w:val="it-IT"/>
        </w:rPr>
        <w:t>presumibilmente</w:t>
      </w:r>
      <w:r w:rsidRPr="002345FB">
        <w:rPr>
          <w:b/>
          <w:bCs/>
          <w:lang w:val="it-IT"/>
        </w:rPr>
        <w:t xml:space="preserve"> </w:t>
      </w:r>
      <w:r w:rsidRPr="00E53336">
        <w:rPr>
          <w:b/>
          <w:bCs/>
          <w:lang w:val="it-IT"/>
        </w:rPr>
        <w:t>nel periodo tra il 20 febbraio e il 6 marzo 2027</w:t>
      </w:r>
      <w:r w:rsidRPr="00B016CE">
        <w:rPr>
          <w:lang w:val="it-IT"/>
        </w:rPr>
        <w:t xml:space="preserve"> (date da precisare in base alla disponibilità dei voli).</w:t>
      </w:r>
    </w:p>
    <w:p w14:paraId="48A4ECB2" w14:textId="09B5A394" w:rsidR="006F4B9F" w:rsidRPr="00B016CE" w:rsidRDefault="00052638">
      <w:pPr>
        <w:spacing w:after="240"/>
        <w:jc w:val="both"/>
        <w:rPr>
          <w:lang w:val="it-IT"/>
        </w:rPr>
      </w:pPr>
      <w:r w:rsidRPr="00B016CE">
        <w:rPr>
          <w:lang w:val="it-IT"/>
        </w:rPr>
        <w:t xml:space="preserve"> Il costo potrebbe aggirarsi intorno ai </w:t>
      </w:r>
      <w:r w:rsidRPr="007A15C2">
        <w:rPr>
          <w:b/>
          <w:bCs/>
          <w:lang w:val="it-IT"/>
        </w:rPr>
        <w:t xml:space="preserve">1200-1300 €, </w:t>
      </w:r>
      <w:r w:rsidRPr="00B016CE">
        <w:rPr>
          <w:lang w:val="it-IT"/>
        </w:rPr>
        <w:t xml:space="preserve">comprensivi di: 20 lezioni (15h) di lingua </w:t>
      </w:r>
      <w:r w:rsidR="003809CF">
        <w:rPr>
          <w:lang w:val="it-IT"/>
        </w:rPr>
        <w:t>francese</w:t>
      </w:r>
      <w:r w:rsidRPr="00B016CE">
        <w:rPr>
          <w:lang w:val="it-IT"/>
        </w:rPr>
        <w:t xml:space="preserve"> con test d’ingresso, materiale didattico e certificato di fine corso; programma culturale; alloggio in famiglia in camera doppia o tripla, con pensione completa, volo da Pisa o Firenze, trasferimento da e per </w:t>
      </w:r>
      <w:r w:rsidR="004F6306">
        <w:rPr>
          <w:lang w:val="it-IT"/>
        </w:rPr>
        <w:t xml:space="preserve">gli </w:t>
      </w:r>
      <w:r w:rsidRPr="00B016CE">
        <w:rPr>
          <w:lang w:val="it-IT"/>
        </w:rPr>
        <w:t>aeroport</w:t>
      </w:r>
      <w:r w:rsidR="004F6306">
        <w:rPr>
          <w:lang w:val="it-IT"/>
        </w:rPr>
        <w:t xml:space="preserve">i di partenza </w:t>
      </w:r>
      <w:r w:rsidR="009C6C5E">
        <w:rPr>
          <w:lang w:val="it-IT"/>
        </w:rPr>
        <w:t>e</w:t>
      </w:r>
      <w:r w:rsidR="004F6306">
        <w:rPr>
          <w:lang w:val="it-IT"/>
        </w:rPr>
        <w:t xml:space="preserve"> di arrivo</w:t>
      </w:r>
      <w:r w:rsidRPr="00B016CE">
        <w:rPr>
          <w:lang w:val="it-IT"/>
        </w:rPr>
        <w:t>; assicurazione medico – bagaglio – annullamento.</w:t>
      </w:r>
    </w:p>
    <w:p w14:paraId="7A194319" w14:textId="77777777" w:rsidR="006F4B9F" w:rsidRPr="00B016CE" w:rsidRDefault="00052638">
      <w:pPr>
        <w:spacing w:after="480"/>
        <w:jc w:val="both"/>
        <w:rPr>
          <w:lang w:val="it-IT"/>
        </w:rPr>
      </w:pPr>
      <w:r w:rsidRPr="00B016CE">
        <w:rPr>
          <w:lang w:val="it-IT"/>
        </w:rPr>
        <w:t>Con la presente si chiede di segnalare il proprio interesse a partecipare allo stage, affinché sia possibile avere un’idea degli/delle eventuali partecipanti e calibrare al meglio offerta formativa e relativi costi.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752"/>
      </w:tblGrid>
      <w:tr w:rsidR="006F4B9F" w:rsidRPr="00C3615D" w14:paraId="32E90FE6" w14:textId="77777777">
        <w:trPr>
          <w:jc w:val="center"/>
        </w:trPr>
        <w:tc>
          <w:tcPr>
            <w:tcW w:w="4608" w:type="dxa"/>
          </w:tcPr>
          <w:p w14:paraId="36301F80" w14:textId="01E8374A" w:rsidR="006F4B9F" w:rsidRDefault="00052638">
            <w:pPr>
              <w:spacing w:after="0"/>
            </w:pPr>
            <w:r>
              <w:t xml:space="preserve">Carrara, </w:t>
            </w:r>
            <w:r w:rsidR="00DF0CEB">
              <w:t>8</w:t>
            </w:r>
            <w:r w:rsidR="004A673C">
              <w:t xml:space="preserve"> ottobre</w:t>
            </w:r>
            <w:r>
              <w:t xml:space="preserve"> 2026</w:t>
            </w:r>
          </w:p>
        </w:tc>
        <w:tc>
          <w:tcPr>
            <w:tcW w:w="4752" w:type="dxa"/>
          </w:tcPr>
          <w:p w14:paraId="6F35506E" w14:textId="307DF229" w:rsidR="006F4B9F" w:rsidRPr="00B016CE" w:rsidRDefault="00052638">
            <w:pPr>
              <w:spacing w:after="40"/>
              <w:jc w:val="right"/>
              <w:rPr>
                <w:lang w:val="it-IT"/>
              </w:rPr>
            </w:pPr>
            <w:r w:rsidRPr="00B016CE">
              <w:rPr>
                <w:b/>
                <w:lang w:val="it-IT"/>
              </w:rPr>
              <w:t xml:space="preserve">La </w:t>
            </w:r>
            <w:r w:rsidR="004F6306">
              <w:rPr>
                <w:b/>
                <w:lang w:val="it-IT"/>
              </w:rPr>
              <w:t>Funzione strumentale</w:t>
            </w:r>
          </w:p>
          <w:p w14:paraId="6B5B917B" w14:textId="6B1BD578" w:rsidR="006F4B9F" w:rsidRPr="004F6306" w:rsidRDefault="00052638">
            <w:pPr>
              <w:spacing w:after="0"/>
              <w:jc w:val="right"/>
              <w:rPr>
                <w:lang w:val="it-IT"/>
              </w:rPr>
            </w:pPr>
            <w:r w:rsidRPr="004F6306">
              <w:rPr>
                <w:lang w:val="it-IT"/>
              </w:rPr>
              <w:t xml:space="preserve">Prof.ssa </w:t>
            </w:r>
            <w:r w:rsidR="004F6306">
              <w:rPr>
                <w:lang w:val="it-IT"/>
              </w:rPr>
              <w:t>Elisabetta Mariani</w:t>
            </w:r>
          </w:p>
        </w:tc>
      </w:tr>
    </w:tbl>
    <w:p w14:paraId="3213B9E8" w14:textId="2D8793E3" w:rsidR="006F4B9F" w:rsidRPr="009C6C5E" w:rsidRDefault="00052638">
      <w:pPr>
        <w:spacing w:before="480" w:after="360"/>
        <w:rPr>
          <w:lang w:val="it-IT"/>
        </w:rPr>
      </w:pPr>
      <w:r w:rsidRPr="009C6C5E">
        <w:rPr>
          <w:lang w:val="it-IT"/>
        </w:rPr>
        <w:t>-------------------------------------------------------------------------------------------------------------------------------</w:t>
      </w:r>
    </w:p>
    <w:p w14:paraId="39CFBA78" w14:textId="0AA738CE" w:rsidR="006F4B9F" w:rsidRPr="00B016CE" w:rsidRDefault="00052638">
      <w:pPr>
        <w:spacing w:after="240"/>
        <w:rPr>
          <w:lang w:val="it-IT"/>
        </w:rPr>
      </w:pPr>
      <w:r w:rsidRPr="00B016CE">
        <w:rPr>
          <w:b/>
          <w:lang w:val="it-IT"/>
        </w:rPr>
        <w:t xml:space="preserve">Da restituire alla propria insegnante di </w:t>
      </w:r>
      <w:r w:rsidR="00F521FD">
        <w:rPr>
          <w:b/>
          <w:lang w:val="it-IT"/>
        </w:rPr>
        <w:t>Francese</w:t>
      </w:r>
      <w:r w:rsidRPr="00B016CE">
        <w:rPr>
          <w:b/>
          <w:lang w:val="it-IT"/>
        </w:rPr>
        <w:t xml:space="preserve"> entro </w:t>
      </w:r>
      <w:r w:rsidR="00DF0CEB">
        <w:rPr>
          <w:b/>
          <w:lang w:val="it-IT"/>
        </w:rPr>
        <w:t>il 15</w:t>
      </w:r>
      <w:r w:rsidR="001833A1">
        <w:rPr>
          <w:b/>
          <w:lang w:val="it-IT"/>
        </w:rPr>
        <w:t xml:space="preserve"> ottobre</w:t>
      </w:r>
      <w:r w:rsidR="00283947">
        <w:rPr>
          <w:b/>
          <w:lang w:val="it-IT"/>
        </w:rPr>
        <w:t xml:space="preserve"> 2026</w:t>
      </w:r>
    </w:p>
    <w:p w14:paraId="0F821D30" w14:textId="3C27552D" w:rsidR="006F4B9F" w:rsidRDefault="00052638">
      <w:pPr>
        <w:spacing w:after="120" w:line="312" w:lineRule="auto"/>
        <w:rPr>
          <w:lang w:val="it-IT"/>
        </w:rPr>
      </w:pPr>
      <w:r w:rsidRPr="00B016CE">
        <w:rPr>
          <w:lang w:val="it-IT"/>
        </w:rPr>
        <w:t xml:space="preserve">Io sottoscritto ............................................................................ genitore dell’alunno/a ............................................................................ della classe.......... ... sono interessato/a a far partecipare mio/a figlio/a  allo stage linguistico in </w:t>
      </w:r>
      <w:r w:rsidR="00F521FD">
        <w:rPr>
          <w:lang w:val="it-IT"/>
        </w:rPr>
        <w:t>Francia</w:t>
      </w:r>
    </w:p>
    <w:p w14:paraId="0AEEC665" w14:textId="77777777" w:rsidR="004961C9" w:rsidRPr="00B016CE" w:rsidRDefault="004961C9">
      <w:pPr>
        <w:spacing w:after="120" w:line="312" w:lineRule="auto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752"/>
      </w:tblGrid>
      <w:tr w:rsidR="006F4B9F" w14:paraId="6217E374" w14:textId="77777777" w:rsidTr="005B6FC3">
        <w:trPr>
          <w:trHeight w:val="659"/>
          <w:jc w:val="center"/>
        </w:trPr>
        <w:tc>
          <w:tcPr>
            <w:tcW w:w="4608" w:type="dxa"/>
          </w:tcPr>
          <w:p w14:paraId="252ED9DB" w14:textId="77777777" w:rsidR="005B6FC3" w:rsidRDefault="00052638">
            <w:r>
              <w:t>Firma dell’alunno/a</w:t>
            </w:r>
          </w:p>
          <w:p w14:paraId="479C5B9B" w14:textId="60973DE8" w:rsidR="006F4B9F" w:rsidRDefault="00052638">
            <w:r>
              <w:t xml:space="preserve"> ..........................................</w:t>
            </w:r>
          </w:p>
        </w:tc>
        <w:tc>
          <w:tcPr>
            <w:tcW w:w="4752" w:type="dxa"/>
          </w:tcPr>
          <w:p w14:paraId="5B8C4542" w14:textId="79F95104" w:rsidR="007F7569" w:rsidRDefault="00052638" w:rsidP="007F7569">
            <w:r>
              <w:t>Firma del genitore</w:t>
            </w:r>
          </w:p>
          <w:p w14:paraId="5473307C" w14:textId="2F49ED9D" w:rsidR="006F4B9F" w:rsidRDefault="00052638" w:rsidP="007F7569">
            <w:r>
              <w:t>..........................................</w:t>
            </w:r>
          </w:p>
        </w:tc>
      </w:tr>
    </w:tbl>
    <w:p w14:paraId="497DD43F" w14:textId="77777777" w:rsidR="006F4B9F" w:rsidRPr="00B016CE" w:rsidRDefault="00052638">
      <w:pPr>
        <w:spacing w:before="480" w:after="240"/>
        <w:rPr>
          <w:lang w:val="it-IT"/>
        </w:rPr>
      </w:pPr>
      <w:r w:rsidRPr="00B016CE">
        <w:rPr>
          <w:b/>
          <w:sz w:val="20"/>
          <w:lang w:val="it-IT"/>
        </w:rPr>
        <w:t>NOME E COGNOME DELL’ALUNNO/A (come su documento di identità) E CLASSE</w:t>
      </w:r>
    </w:p>
    <w:p w14:paraId="0877349A" w14:textId="77777777" w:rsidR="00C87857" w:rsidRDefault="00052638">
      <w:pPr>
        <w:spacing w:after="80"/>
      </w:pPr>
      <w:r w:rsidRPr="00F521FD">
        <w:t>................................................................................................</w:t>
      </w:r>
    </w:p>
    <w:p w14:paraId="7B445F6E" w14:textId="7685DCDE" w:rsidR="006F4B9F" w:rsidRPr="00F521FD" w:rsidRDefault="00052638">
      <w:pPr>
        <w:spacing w:after="80"/>
      </w:pPr>
      <w:r w:rsidRPr="00F521FD">
        <w:t>...................................................</w:t>
      </w:r>
    </w:p>
    <w:p w14:paraId="090E0A68" w14:textId="77777777" w:rsidR="006F4B9F" w:rsidRDefault="00052638">
      <w:pPr>
        <w:spacing w:after="0"/>
      </w:pPr>
      <w:r>
        <w:rPr>
          <w:i/>
          <w:sz w:val="18"/>
        </w:rPr>
        <w:t>(in stampatello)</w:t>
      </w:r>
    </w:p>
    <w:sectPr w:rsidR="006F4B9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6395661">
    <w:abstractNumId w:val="8"/>
  </w:num>
  <w:num w:numId="2" w16cid:durableId="395471378">
    <w:abstractNumId w:val="6"/>
  </w:num>
  <w:num w:numId="3" w16cid:durableId="1358510297">
    <w:abstractNumId w:val="5"/>
  </w:num>
  <w:num w:numId="4" w16cid:durableId="2121756488">
    <w:abstractNumId w:val="4"/>
  </w:num>
  <w:num w:numId="5" w16cid:durableId="368917213">
    <w:abstractNumId w:val="7"/>
  </w:num>
  <w:num w:numId="6" w16cid:durableId="218439241">
    <w:abstractNumId w:val="3"/>
  </w:num>
  <w:num w:numId="7" w16cid:durableId="400834224">
    <w:abstractNumId w:val="2"/>
  </w:num>
  <w:num w:numId="8" w16cid:durableId="1269003410">
    <w:abstractNumId w:val="1"/>
  </w:num>
  <w:num w:numId="9" w16cid:durableId="180782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638"/>
    <w:rsid w:val="0006063C"/>
    <w:rsid w:val="0006378C"/>
    <w:rsid w:val="0015074B"/>
    <w:rsid w:val="001608F5"/>
    <w:rsid w:val="001833A1"/>
    <w:rsid w:val="001E3768"/>
    <w:rsid w:val="002345FB"/>
    <w:rsid w:val="00283947"/>
    <w:rsid w:val="0029639D"/>
    <w:rsid w:val="00326F90"/>
    <w:rsid w:val="003809CF"/>
    <w:rsid w:val="003B4CAA"/>
    <w:rsid w:val="004961C9"/>
    <w:rsid w:val="004A673C"/>
    <w:rsid w:val="004F6306"/>
    <w:rsid w:val="005B6FC3"/>
    <w:rsid w:val="006F4B9F"/>
    <w:rsid w:val="00716C86"/>
    <w:rsid w:val="00750219"/>
    <w:rsid w:val="007A15C2"/>
    <w:rsid w:val="007F7569"/>
    <w:rsid w:val="00804F26"/>
    <w:rsid w:val="008F6175"/>
    <w:rsid w:val="00973AF0"/>
    <w:rsid w:val="009A1F07"/>
    <w:rsid w:val="009C6C5E"/>
    <w:rsid w:val="00AA1D8D"/>
    <w:rsid w:val="00B016CE"/>
    <w:rsid w:val="00B47730"/>
    <w:rsid w:val="00BE2FFA"/>
    <w:rsid w:val="00C3615D"/>
    <w:rsid w:val="00C60094"/>
    <w:rsid w:val="00C87857"/>
    <w:rsid w:val="00CB0664"/>
    <w:rsid w:val="00DB012D"/>
    <w:rsid w:val="00DB7D5A"/>
    <w:rsid w:val="00DF0CEB"/>
    <w:rsid w:val="00E53336"/>
    <w:rsid w:val="00E55FB2"/>
    <w:rsid w:val="00F14A95"/>
    <w:rsid w:val="00F521FD"/>
    <w:rsid w:val="00F635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7517979-5B3E-4D4A-BED0-47BD383E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ELISABETTA MARIANI</cp:lastModifiedBy>
  <cp:revision>5</cp:revision>
  <dcterms:created xsi:type="dcterms:W3CDTF">2026-10-04T15:21:00Z</dcterms:created>
  <dcterms:modified xsi:type="dcterms:W3CDTF">2026-10-05T16:08:00Z</dcterms:modified>
  <cp:category/>
</cp:coreProperties>
</file>