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A6D90" w:rsidRDefault="003A6D90">
      <w:pPr>
        <w:jc w:val="center"/>
        <w:rPr>
          <w:b/>
          <w:sz w:val="28"/>
          <w:lang w:val="it-IT"/>
        </w:rPr>
      </w:pPr>
    </w:p>
    <w:p w:rsidR="000775BF" w:rsidRPr="003A6D90" w:rsidRDefault="00000000">
      <w:pPr>
        <w:jc w:val="center"/>
        <w:rPr>
          <w:rFonts w:ascii="Garamond" w:hAnsi="Garamond"/>
          <w:lang w:val="it-IT"/>
        </w:rPr>
      </w:pPr>
      <w:r w:rsidRPr="003A6D90">
        <w:rPr>
          <w:rFonts w:ascii="Garamond" w:hAnsi="Garamond"/>
          <w:b/>
          <w:sz w:val="26"/>
          <w:lang w:val="it-IT"/>
        </w:rPr>
        <w:t>REGISTRO DELLE PRESENZE DEI DOCENTI INCARICATI</w:t>
      </w:r>
    </w:p>
    <w:p w:rsidR="000775BF" w:rsidRPr="003A6D90" w:rsidRDefault="00000000">
      <w:pPr>
        <w:jc w:val="center"/>
        <w:rPr>
          <w:rFonts w:ascii="Garamond" w:hAnsi="Garamond"/>
          <w:lang w:val="it-IT"/>
        </w:rPr>
      </w:pPr>
      <w:r w:rsidRPr="003A6D90">
        <w:rPr>
          <w:rFonts w:ascii="Garamond" w:hAnsi="Garamond"/>
          <w:i/>
          <w:lang w:val="it-IT"/>
        </w:rPr>
        <w:t>Attività di ricognizione e gestione della documentazione didattica</w:t>
      </w:r>
    </w:p>
    <w:p w:rsidR="000775BF" w:rsidRPr="003A6D90" w:rsidRDefault="000775BF">
      <w:pPr>
        <w:rPr>
          <w:rFonts w:ascii="Garamond" w:hAnsi="Garamond"/>
          <w:lang w:val="it-IT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0775BF" w:rsidRPr="003A6D90">
        <w:trPr>
          <w:jc w:val="center"/>
        </w:trPr>
        <w:tc>
          <w:tcPr>
            <w:tcW w:w="2835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proofErr w:type="spellStart"/>
            <w:r w:rsidRPr="003A6D90">
              <w:rPr>
                <w:rFonts w:ascii="Garamond" w:hAnsi="Garamond"/>
                <w:b/>
              </w:rPr>
              <w:t>Periodo</w:t>
            </w:r>
            <w:proofErr w:type="spellEnd"/>
            <w:r w:rsidRPr="003A6D90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3A6D90">
              <w:rPr>
                <w:rFonts w:ascii="Garamond" w:hAnsi="Garamond"/>
                <w:b/>
              </w:rPr>
              <w:t>dell'attività</w:t>
            </w:r>
            <w:proofErr w:type="spellEnd"/>
          </w:p>
        </w:tc>
        <w:tc>
          <w:tcPr>
            <w:tcW w:w="6803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</w:rPr>
              <w:t>dal ____________ al ____________</w:t>
            </w:r>
          </w:p>
        </w:tc>
      </w:tr>
      <w:tr w:rsidR="000775BF" w:rsidRPr="003A6D90">
        <w:trPr>
          <w:jc w:val="center"/>
        </w:trPr>
        <w:tc>
          <w:tcPr>
            <w:tcW w:w="2835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b/>
              </w:rPr>
              <w:t>Sede / Plesso</w:t>
            </w:r>
          </w:p>
        </w:tc>
        <w:tc>
          <w:tcPr>
            <w:tcW w:w="6803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</w:rPr>
              <w:t>____________________________________________</w:t>
            </w:r>
          </w:p>
        </w:tc>
      </w:tr>
      <w:tr w:rsidR="000775BF" w:rsidRPr="003A6D90">
        <w:trPr>
          <w:jc w:val="center"/>
        </w:trPr>
        <w:tc>
          <w:tcPr>
            <w:tcW w:w="2835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b/>
              </w:rPr>
              <w:t>Responsabile / Coordinatore</w:t>
            </w:r>
          </w:p>
        </w:tc>
        <w:tc>
          <w:tcPr>
            <w:tcW w:w="6803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</w:rPr>
              <w:t>____________________________________________</w:t>
            </w:r>
          </w:p>
        </w:tc>
      </w:tr>
      <w:tr w:rsidR="000775BF" w:rsidRPr="003A6D90">
        <w:trPr>
          <w:jc w:val="center"/>
        </w:trPr>
        <w:tc>
          <w:tcPr>
            <w:tcW w:w="2835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b/>
              </w:rPr>
              <w:t>Circolare / disposizione n.</w:t>
            </w:r>
          </w:p>
        </w:tc>
        <w:tc>
          <w:tcPr>
            <w:tcW w:w="6803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</w:rPr>
              <w:t>____________ del ______________</w:t>
            </w:r>
          </w:p>
        </w:tc>
      </w:tr>
    </w:tbl>
    <w:p w:rsidR="000775BF" w:rsidRPr="003A6D90" w:rsidRDefault="000775BF">
      <w:pPr>
        <w:rPr>
          <w:rFonts w:ascii="Garamond" w:hAnsi="Garamond"/>
        </w:rPr>
      </w:pPr>
    </w:p>
    <w:p w:rsidR="000775BF" w:rsidRPr="003A6D90" w:rsidRDefault="00000000">
      <w:pPr>
        <w:rPr>
          <w:rFonts w:ascii="Garamond" w:hAnsi="Garamond"/>
        </w:rPr>
      </w:pPr>
      <w:r w:rsidRPr="003A6D90">
        <w:rPr>
          <w:rFonts w:ascii="Garamond" w:hAnsi="Garamond"/>
          <w:b/>
          <w:sz w:val="22"/>
        </w:rPr>
        <w:t>Registro giornaliero delle presenze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964"/>
        <w:gridCol w:w="2438"/>
        <w:gridCol w:w="1814"/>
        <w:gridCol w:w="850"/>
        <w:gridCol w:w="850"/>
        <w:gridCol w:w="1701"/>
        <w:gridCol w:w="1247"/>
      </w:tblGrid>
      <w:tr w:rsidR="000775BF" w:rsidRPr="003A6D90">
        <w:trPr>
          <w:jc w:val="center"/>
        </w:trPr>
        <w:tc>
          <w:tcPr>
            <w:tcW w:w="397" w:type="dxa"/>
            <w:vAlign w:val="center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b/>
                <w:sz w:val="16"/>
              </w:rPr>
              <w:t>N.</w:t>
            </w:r>
          </w:p>
        </w:tc>
        <w:tc>
          <w:tcPr>
            <w:tcW w:w="964" w:type="dxa"/>
            <w:vAlign w:val="center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b/>
                <w:sz w:val="16"/>
              </w:rPr>
              <w:t>Data</w:t>
            </w:r>
          </w:p>
        </w:tc>
        <w:tc>
          <w:tcPr>
            <w:tcW w:w="2438" w:type="dxa"/>
            <w:vAlign w:val="center"/>
          </w:tcPr>
          <w:p w:rsidR="000775BF" w:rsidRPr="003A6D90" w:rsidRDefault="00000000">
            <w:pPr>
              <w:rPr>
                <w:rFonts w:ascii="Garamond" w:hAnsi="Garamond"/>
                <w:lang w:val="it-IT"/>
              </w:rPr>
            </w:pPr>
            <w:r w:rsidRPr="003A6D90">
              <w:rPr>
                <w:rFonts w:ascii="Garamond" w:hAnsi="Garamond"/>
                <w:b/>
                <w:sz w:val="16"/>
                <w:lang w:val="it-IT"/>
              </w:rPr>
              <w:t>Cognome e nome del docente incaricato</w:t>
            </w:r>
          </w:p>
        </w:tc>
        <w:tc>
          <w:tcPr>
            <w:tcW w:w="1814" w:type="dxa"/>
            <w:vAlign w:val="center"/>
          </w:tcPr>
          <w:p w:rsidR="000775BF" w:rsidRPr="003A6D90" w:rsidRDefault="00000000">
            <w:pPr>
              <w:rPr>
                <w:rFonts w:ascii="Garamond" w:hAnsi="Garamond"/>
              </w:rPr>
            </w:pPr>
            <w:proofErr w:type="spellStart"/>
            <w:r w:rsidRPr="003A6D90">
              <w:rPr>
                <w:rFonts w:ascii="Garamond" w:hAnsi="Garamond"/>
                <w:b/>
                <w:sz w:val="16"/>
              </w:rPr>
              <w:t>Classe</w:t>
            </w:r>
            <w:proofErr w:type="spellEnd"/>
            <w:r w:rsidRPr="003A6D90">
              <w:rPr>
                <w:rFonts w:ascii="Garamond" w:hAnsi="Garamond"/>
                <w:b/>
                <w:sz w:val="16"/>
              </w:rPr>
              <w:t xml:space="preserve"> / Area / </w:t>
            </w:r>
            <w:proofErr w:type="spellStart"/>
            <w:r w:rsidRPr="003A6D90">
              <w:rPr>
                <w:rFonts w:ascii="Garamond" w:hAnsi="Garamond"/>
                <w:b/>
                <w:sz w:val="16"/>
              </w:rPr>
              <w:t>Attività</w:t>
            </w:r>
            <w:proofErr w:type="spellEnd"/>
          </w:p>
        </w:tc>
        <w:tc>
          <w:tcPr>
            <w:tcW w:w="850" w:type="dxa"/>
            <w:vAlign w:val="center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b/>
                <w:sz w:val="16"/>
              </w:rPr>
              <w:t>Ora ingresso</w:t>
            </w:r>
          </w:p>
        </w:tc>
        <w:tc>
          <w:tcPr>
            <w:tcW w:w="850" w:type="dxa"/>
            <w:vAlign w:val="center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b/>
                <w:sz w:val="16"/>
              </w:rPr>
              <w:t>Ora uscita</w:t>
            </w:r>
          </w:p>
        </w:tc>
        <w:tc>
          <w:tcPr>
            <w:tcW w:w="1701" w:type="dxa"/>
            <w:vAlign w:val="center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b/>
                <w:sz w:val="16"/>
              </w:rPr>
              <w:t>Firma del docente</w:t>
            </w:r>
          </w:p>
        </w:tc>
        <w:tc>
          <w:tcPr>
            <w:tcW w:w="1247" w:type="dxa"/>
            <w:vAlign w:val="center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b/>
                <w:sz w:val="16"/>
              </w:rPr>
              <w:t>Note</w:t>
            </w:r>
          </w:p>
        </w:tc>
      </w:tr>
      <w:tr w:rsidR="000775BF" w:rsidRPr="003A6D90">
        <w:trPr>
          <w:jc w:val="center"/>
        </w:trPr>
        <w:tc>
          <w:tcPr>
            <w:tcW w:w="397" w:type="dxa"/>
            <w:vAlign w:val="center"/>
          </w:tcPr>
          <w:p w:rsidR="000775BF" w:rsidRPr="003A6D90" w:rsidRDefault="00000000" w:rsidP="001D63BE">
            <w:pPr>
              <w:spacing w:line="600" w:lineRule="auto"/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sz w:val="16"/>
              </w:rPr>
              <w:t>1</w:t>
            </w:r>
          </w:p>
        </w:tc>
        <w:tc>
          <w:tcPr>
            <w:tcW w:w="96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2438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81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247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</w:tr>
      <w:tr w:rsidR="000775BF" w:rsidRPr="003A6D90">
        <w:trPr>
          <w:jc w:val="center"/>
        </w:trPr>
        <w:tc>
          <w:tcPr>
            <w:tcW w:w="397" w:type="dxa"/>
            <w:vAlign w:val="center"/>
          </w:tcPr>
          <w:p w:rsidR="000775BF" w:rsidRPr="003A6D90" w:rsidRDefault="00000000" w:rsidP="001D63BE">
            <w:pPr>
              <w:spacing w:line="600" w:lineRule="auto"/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sz w:val="16"/>
              </w:rPr>
              <w:t>2</w:t>
            </w:r>
          </w:p>
        </w:tc>
        <w:tc>
          <w:tcPr>
            <w:tcW w:w="96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2438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81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247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</w:tr>
      <w:tr w:rsidR="000775BF" w:rsidRPr="003A6D90">
        <w:trPr>
          <w:jc w:val="center"/>
        </w:trPr>
        <w:tc>
          <w:tcPr>
            <w:tcW w:w="397" w:type="dxa"/>
            <w:vAlign w:val="center"/>
          </w:tcPr>
          <w:p w:rsidR="000775BF" w:rsidRPr="003A6D90" w:rsidRDefault="00000000" w:rsidP="001D63BE">
            <w:pPr>
              <w:spacing w:line="600" w:lineRule="auto"/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sz w:val="16"/>
              </w:rPr>
              <w:t>3</w:t>
            </w:r>
          </w:p>
        </w:tc>
        <w:tc>
          <w:tcPr>
            <w:tcW w:w="96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2438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81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247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</w:tr>
      <w:tr w:rsidR="000775BF" w:rsidRPr="003A6D90">
        <w:trPr>
          <w:jc w:val="center"/>
        </w:trPr>
        <w:tc>
          <w:tcPr>
            <w:tcW w:w="397" w:type="dxa"/>
            <w:vAlign w:val="center"/>
          </w:tcPr>
          <w:p w:rsidR="000775BF" w:rsidRPr="003A6D90" w:rsidRDefault="00000000" w:rsidP="001D63BE">
            <w:pPr>
              <w:spacing w:line="600" w:lineRule="auto"/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sz w:val="16"/>
              </w:rPr>
              <w:t>4</w:t>
            </w:r>
          </w:p>
        </w:tc>
        <w:tc>
          <w:tcPr>
            <w:tcW w:w="96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2438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81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247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</w:tr>
      <w:tr w:rsidR="000775BF" w:rsidRPr="003A6D90">
        <w:trPr>
          <w:jc w:val="center"/>
        </w:trPr>
        <w:tc>
          <w:tcPr>
            <w:tcW w:w="397" w:type="dxa"/>
            <w:vAlign w:val="center"/>
          </w:tcPr>
          <w:p w:rsidR="000775BF" w:rsidRPr="003A6D90" w:rsidRDefault="00000000" w:rsidP="001D63BE">
            <w:pPr>
              <w:spacing w:line="600" w:lineRule="auto"/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sz w:val="16"/>
              </w:rPr>
              <w:t>5</w:t>
            </w:r>
          </w:p>
        </w:tc>
        <w:tc>
          <w:tcPr>
            <w:tcW w:w="96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2438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81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247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</w:tr>
      <w:tr w:rsidR="000775BF" w:rsidRPr="003A6D90">
        <w:trPr>
          <w:jc w:val="center"/>
        </w:trPr>
        <w:tc>
          <w:tcPr>
            <w:tcW w:w="397" w:type="dxa"/>
            <w:vAlign w:val="center"/>
          </w:tcPr>
          <w:p w:rsidR="000775BF" w:rsidRPr="003A6D90" w:rsidRDefault="00000000" w:rsidP="001D63BE">
            <w:pPr>
              <w:spacing w:line="600" w:lineRule="auto"/>
              <w:rPr>
                <w:rFonts w:ascii="Garamond" w:hAnsi="Garamond"/>
              </w:rPr>
            </w:pPr>
            <w:r w:rsidRPr="003A6D90">
              <w:rPr>
                <w:rFonts w:ascii="Garamond" w:hAnsi="Garamond"/>
                <w:sz w:val="16"/>
              </w:rPr>
              <w:t>6</w:t>
            </w:r>
          </w:p>
        </w:tc>
        <w:tc>
          <w:tcPr>
            <w:tcW w:w="96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2438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814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  <w:tc>
          <w:tcPr>
            <w:tcW w:w="1247" w:type="dxa"/>
            <w:vAlign w:val="center"/>
          </w:tcPr>
          <w:p w:rsidR="000775BF" w:rsidRPr="003A6D90" w:rsidRDefault="000775BF" w:rsidP="001D63BE">
            <w:pPr>
              <w:spacing w:line="600" w:lineRule="auto"/>
              <w:rPr>
                <w:rFonts w:ascii="Garamond" w:hAnsi="Garamond"/>
              </w:rPr>
            </w:pPr>
          </w:p>
        </w:tc>
      </w:tr>
    </w:tbl>
    <w:p w:rsidR="003A6D90" w:rsidRDefault="003A6D90">
      <w:pPr>
        <w:rPr>
          <w:rFonts w:ascii="Garamond" w:hAnsi="Garamond"/>
          <w:b/>
          <w:sz w:val="22"/>
        </w:rPr>
      </w:pPr>
    </w:p>
    <w:p w:rsidR="000775BF" w:rsidRPr="003A6D90" w:rsidRDefault="00000000">
      <w:pPr>
        <w:rPr>
          <w:rFonts w:ascii="Garamond" w:hAnsi="Garamond"/>
        </w:rPr>
      </w:pPr>
      <w:proofErr w:type="spellStart"/>
      <w:r w:rsidRPr="003A6D90">
        <w:rPr>
          <w:rFonts w:ascii="Garamond" w:hAnsi="Garamond"/>
          <w:b/>
          <w:sz w:val="22"/>
        </w:rPr>
        <w:t>Dichiarazione</w:t>
      </w:r>
      <w:proofErr w:type="spellEnd"/>
      <w:r w:rsidRPr="003A6D90">
        <w:rPr>
          <w:rFonts w:ascii="Garamond" w:hAnsi="Garamond"/>
          <w:b/>
          <w:sz w:val="22"/>
        </w:rPr>
        <w:t xml:space="preserve"> finale</w:t>
      </w:r>
    </w:p>
    <w:p w:rsidR="000775BF" w:rsidRPr="003A6D90" w:rsidRDefault="00000000">
      <w:pPr>
        <w:rPr>
          <w:rFonts w:ascii="Garamond" w:hAnsi="Garamond"/>
          <w:lang w:val="it-IT"/>
        </w:rPr>
      </w:pPr>
      <w:r w:rsidRPr="003A6D90">
        <w:rPr>
          <w:rFonts w:ascii="Garamond" w:hAnsi="Garamond"/>
          <w:lang w:val="it-IT"/>
        </w:rPr>
        <w:t>Il/La sottoscritto/a, in qualità di responsabile/coordinatore dell’attività, dichiara che le presenze sopra riportate corrispondono alle attività effettivamente svolte dai docenti incaricati nell’ambito della ricognizione e gestione della documentazione didattica.</w:t>
      </w:r>
    </w:p>
    <w:p w:rsidR="000775BF" w:rsidRPr="003A6D90" w:rsidRDefault="000775BF">
      <w:pPr>
        <w:rPr>
          <w:rFonts w:ascii="Garamond" w:hAnsi="Garamond"/>
          <w:lang w:val="it-IT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0775BF" w:rsidRPr="003A6D90">
        <w:trPr>
          <w:jc w:val="center"/>
        </w:trPr>
        <w:tc>
          <w:tcPr>
            <w:tcW w:w="4819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proofErr w:type="spellStart"/>
            <w:r w:rsidRPr="003A6D90">
              <w:rPr>
                <w:rFonts w:ascii="Garamond" w:hAnsi="Garamond"/>
              </w:rPr>
              <w:t>Luogo</w:t>
            </w:r>
            <w:proofErr w:type="spellEnd"/>
            <w:r w:rsidRPr="003A6D90">
              <w:rPr>
                <w:rFonts w:ascii="Garamond" w:hAnsi="Garamond"/>
              </w:rPr>
              <w:t xml:space="preserve"> e data</w:t>
            </w:r>
          </w:p>
        </w:tc>
        <w:tc>
          <w:tcPr>
            <w:tcW w:w="4819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</w:rPr>
              <w:t>Il/La responsabile dell’attività</w:t>
            </w:r>
          </w:p>
        </w:tc>
      </w:tr>
      <w:tr w:rsidR="000775BF" w:rsidRPr="003A6D90">
        <w:trPr>
          <w:jc w:val="center"/>
        </w:trPr>
        <w:tc>
          <w:tcPr>
            <w:tcW w:w="4819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</w:rPr>
              <w:br/>
              <w:t>____________________________</w:t>
            </w:r>
          </w:p>
        </w:tc>
        <w:tc>
          <w:tcPr>
            <w:tcW w:w="4819" w:type="dxa"/>
          </w:tcPr>
          <w:p w:rsidR="000775BF" w:rsidRPr="003A6D90" w:rsidRDefault="00000000">
            <w:pPr>
              <w:rPr>
                <w:rFonts w:ascii="Garamond" w:hAnsi="Garamond"/>
              </w:rPr>
            </w:pPr>
            <w:r w:rsidRPr="003A6D90">
              <w:rPr>
                <w:rFonts w:ascii="Garamond" w:hAnsi="Garamond"/>
              </w:rPr>
              <w:br/>
              <w:t>____________________________</w:t>
            </w:r>
          </w:p>
        </w:tc>
      </w:tr>
    </w:tbl>
    <w:p w:rsidR="00000000" w:rsidRDefault="00000000">
      <w:pPr>
        <w:rPr>
          <w:rFonts w:ascii="Garamond" w:hAnsi="Garamond"/>
        </w:rPr>
      </w:pPr>
    </w:p>
    <w:p w:rsidR="001D63BE" w:rsidRPr="003A6D90" w:rsidRDefault="001D63BE">
      <w:pPr>
        <w:rPr>
          <w:rFonts w:ascii="Garamond" w:hAnsi="Garamond"/>
        </w:rPr>
      </w:pPr>
    </w:p>
    <w:sectPr w:rsidR="001D63BE" w:rsidRPr="003A6D90" w:rsidSect="00034616">
      <w:headerReference w:type="default" r:id="rId8"/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E3B00" w:rsidRDefault="005E3B00">
      <w:pPr>
        <w:spacing w:after="0" w:line="240" w:lineRule="auto"/>
      </w:pPr>
      <w:r>
        <w:separator/>
      </w:r>
    </w:p>
  </w:endnote>
  <w:endnote w:type="continuationSeparator" w:id="0">
    <w:p w:rsidR="005E3B00" w:rsidRDefault="005E3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D63BE" w:rsidRPr="001D63BE" w:rsidRDefault="001D63BE" w:rsidP="001D63BE">
    <w:pPr>
      <w:pStyle w:val="Pidipagina"/>
      <w:pBdr>
        <w:top w:val="thinThickSmallGap" w:sz="24" w:space="0" w:color="622423"/>
      </w:pBdr>
      <w:jc w:val="center"/>
      <w:rPr>
        <w:rFonts w:ascii="Cambria" w:hAnsi="Cambria"/>
        <w:szCs w:val="20"/>
        <w:lang w:val="it-IT"/>
      </w:rPr>
    </w:pPr>
    <w:r w:rsidRPr="001D63BE">
      <w:rPr>
        <w:rFonts w:ascii="Cambria" w:hAnsi="Cambria"/>
        <w:szCs w:val="20"/>
        <w:lang w:val="it-IT"/>
      </w:rPr>
      <w:t xml:space="preserve">I.I.S. Montessori-Repetti – C.F. 91002030459 – mail: </w:t>
    </w:r>
    <w:hyperlink r:id="rId1" w:history="1">
      <w:r w:rsidRPr="001D63BE">
        <w:rPr>
          <w:rStyle w:val="Collegamentoipertestuale"/>
          <w:rFonts w:ascii="Cambria" w:hAnsi="Cambria"/>
          <w:szCs w:val="20"/>
          <w:lang w:val="it-IT"/>
        </w:rPr>
        <w:t>msis002003@istruzione.it</w:t>
      </w:r>
    </w:hyperlink>
    <w:r w:rsidRPr="001D63BE">
      <w:rPr>
        <w:rFonts w:ascii="Cambria" w:hAnsi="Cambria"/>
        <w:szCs w:val="20"/>
        <w:lang w:val="it-IT"/>
      </w:rPr>
      <w:t xml:space="preserve"> –</w:t>
    </w:r>
  </w:p>
  <w:p w:rsidR="000775BF" w:rsidRPr="003A6D90" w:rsidRDefault="000775BF">
    <w:pPr>
      <w:pStyle w:val="Pidipagina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E3B00" w:rsidRDefault="005E3B00">
      <w:pPr>
        <w:spacing w:after="0" w:line="240" w:lineRule="auto"/>
      </w:pPr>
      <w:r>
        <w:separator/>
      </w:r>
    </w:p>
  </w:footnote>
  <w:footnote w:type="continuationSeparator" w:id="0">
    <w:p w:rsidR="005E3B00" w:rsidRDefault="005E3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A6D90" w:rsidRPr="003A6D90" w:rsidRDefault="003A6D90" w:rsidP="003A6D90">
    <w:pPr>
      <w:pStyle w:val="Intestazione"/>
      <w:rPr>
        <w:rFonts w:ascii="Garamond" w:hAnsi="Garamond"/>
        <w:b/>
        <w:lang w:val="it-IT"/>
      </w:rPr>
    </w:pPr>
    <w:r w:rsidRPr="003A6D90">
      <w:rPr>
        <w:rFonts w:ascii="Garamond" w:hAnsi="Garamond"/>
        <w:lang w:val="it-IT"/>
      </w:rPr>
      <w:drawing>
        <wp:anchor distT="0" distB="0" distL="114300" distR="114300" simplePos="0" relativeHeight="251661312" behindDoc="1" locked="0" layoutInCell="1" allowOverlap="1" wp14:anchorId="76A34A32" wp14:editId="71624B16">
          <wp:simplePos x="0" y="0"/>
          <wp:positionH relativeFrom="column">
            <wp:posOffset>300338</wp:posOffset>
          </wp:positionH>
          <wp:positionV relativeFrom="paragraph">
            <wp:posOffset>-8467</wp:posOffset>
          </wp:positionV>
          <wp:extent cx="413897" cy="400897"/>
          <wp:effectExtent l="0" t="0" r="5715" b="571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8767" cy="4056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6D90">
      <w:rPr>
        <w:rFonts w:ascii="Garamond" w:hAnsi="Garamond"/>
        <w:lang w:val="it-IT"/>
      </w:rPr>
      <w:drawing>
        <wp:anchor distT="0" distB="0" distL="114300" distR="114300" simplePos="0" relativeHeight="251660288" behindDoc="1" locked="0" layoutInCell="1" allowOverlap="1" wp14:anchorId="75202A2F" wp14:editId="6DFF4FBF">
          <wp:simplePos x="0" y="0"/>
          <wp:positionH relativeFrom="column">
            <wp:posOffset>2951480</wp:posOffset>
          </wp:positionH>
          <wp:positionV relativeFrom="paragraph">
            <wp:posOffset>-95250</wp:posOffset>
          </wp:positionV>
          <wp:extent cx="413385" cy="406400"/>
          <wp:effectExtent l="0" t="0" r="571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3385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A6D90" w:rsidRPr="003A6D90" w:rsidRDefault="003A6D90" w:rsidP="003A6D90">
    <w:pPr>
      <w:pStyle w:val="Intestazione"/>
      <w:rPr>
        <w:rFonts w:ascii="Garamond" w:hAnsi="Garamond"/>
        <w:b/>
        <w:lang w:val="it-IT"/>
      </w:rPr>
    </w:pPr>
  </w:p>
  <w:p w:rsidR="003A6D90" w:rsidRPr="003A6D90" w:rsidRDefault="003A6D90" w:rsidP="003A6D90">
    <w:pPr>
      <w:pStyle w:val="Intestazione"/>
      <w:rPr>
        <w:rFonts w:ascii="Garamond" w:hAnsi="Garamond"/>
        <w:b/>
        <w:lang w:val="it-IT"/>
      </w:rPr>
    </w:pPr>
  </w:p>
  <w:p w:rsidR="003A6D90" w:rsidRPr="003A6D90" w:rsidRDefault="003A6D90" w:rsidP="003A6D90">
    <w:pPr>
      <w:pStyle w:val="Intestazione"/>
      <w:jc w:val="center"/>
      <w:rPr>
        <w:rFonts w:ascii="Garamond" w:hAnsi="Garamond"/>
        <w:b/>
        <w:lang w:val="it-IT"/>
      </w:rPr>
    </w:pPr>
    <w:r w:rsidRPr="003A6D90">
      <w:rPr>
        <w:rFonts w:ascii="Garamond" w:hAnsi="Garamond"/>
        <w:b/>
        <w:lang w:val="it-IT"/>
      </w:rPr>
      <w:t>ISTITUTO DI ISTRUZIONE SUPERIORE STATALE “M. MONTESSORI - E. REPETTI”</w:t>
    </w:r>
  </w:p>
  <w:p w:rsidR="003A6D90" w:rsidRPr="003A6D90" w:rsidRDefault="003A6D90" w:rsidP="003A6D90">
    <w:pPr>
      <w:pStyle w:val="Intestazione"/>
      <w:jc w:val="center"/>
      <w:rPr>
        <w:rFonts w:ascii="Garamond" w:hAnsi="Garamond"/>
        <w:b/>
        <w:bCs/>
        <w:lang w:val="it-IT"/>
      </w:rPr>
    </w:pPr>
    <w:r w:rsidRPr="003A6D90">
      <w:rPr>
        <w:rFonts w:ascii="Garamond" w:hAnsi="Garamond"/>
        <w:b/>
        <w:bCs/>
        <w:u w:val="single"/>
        <w:lang w:val="it-IT"/>
      </w:rPr>
      <w:fldChar w:fldCharType="begin"/>
    </w:r>
    <w:r w:rsidRPr="003A6D90">
      <w:rPr>
        <w:rFonts w:ascii="Garamond" w:hAnsi="Garamond"/>
        <w:b/>
        <w:bCs/>
        <w:u w:val="single"/>
        <w:lang w:val="it-IT"/>
      </w:rPr>
      <w:instrText>HYPERLINK "http://www.montessori-repetti.edu.it/" \h</w:instrText>
    </w:r>
    <w:r w:rsidRPr="003A6D90">
      <w:rPr>
        <w:rFonts w:ascii="Garamond" w:hAnsi="Garamond"/>
        <w:b/>
        <w:bCs/>
        <w:u w:val="single"/>
        <w:lang w:val="it-IT"/>
      </w:rPr>
    </w:r>
    <w:r w:rsidRPr="003A6D90">
      <w:rPr>
        <w:rFonts w:ascii="Garamond" w:hAnsi="Garamond"/>
        <w:b/>
        <w:bCs/>
        <w:u w:val="single"/>
        <w:lang w:val="it-IT"/>
      </w:rPr>
      <w:fldChar w:fldCharType="separate"/>
    </w:r>
    <w:r w:rsidRPr="003A6D90">
      <w:rPr>
        <w:rStyle w:val="Collegamentoipertestuale"/>
        <w:rFonts w:ascii="Garamond" w:hAnsi="Garamond"/>
        <w:b/>
        <w:bCs/>
        <w:lang w:val="it-IT"/>
      </w:rPr>
      <w:t>www.montessori-repetti.edu.it</w:t>
    </w:r>
    <w:r w:rsidRPr="003A6D90">
      <w:rPr>
        <w:rFonts w:ascii="Garamond" w:hAnsi="Garamond"/>
        <w:lang w:val="it-IT"/>
      </w:rPr>
      <w:fldChar w:fldCharType="end"/>
    </w:r>
  </w:p>
  <w:p w:rsidR="003A6D90" w:rsidRPr="003A6D90" w:rsidRDefault="003A6D90">
    <w:pPr>
      <w:pStyle w:val="Intestazione"/>
      <w:rPr>
        <w:rFonts w:ascii="Garamond" w:hAnsi="Garamond"/>
        <w:lang w:val="it-IT"/>
      </w:rPr>
    </w:pPr>
    <w:r w:rsidRPr="003A6D90">
      <w:rPr>
        <w:rFonts w:ascii="Garamond" w:hAnsi="Garamond"/>
        <w:b/>
        <w:lang w:val="it-IT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62E76C9F" wp14:editId="633F03AD">
              <wp:simplePos x="0" y="0"/>
              <wp:positionH relativeFrom="page">
                <wp:posOffset>732155</wp:posOffset>
              </wp:positionH>
              <wp:positionV relativeFrom="paragraph">
                <wp:posOffset>17356</wp:posOffset>
              </wp:positionV>
              <wp:extent cx="6263640" cy="687705"/>
              <wp:effectExtent l="0" t="0" r="10160" b="10795"/>
              <wp:wrapTopAndBottom/>
              <wp:docPr id="3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63640" cy="687705"/>
                      </a:xfrm>
                      <a:prstGeom prst="rect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A6D90" w:rsidRPr="003A6D90" w:rsidRDefault="003A6D90" w:rsidP="003A6D90">
                          <w:pPr>
                            <w:spacing w:before="19" w:line="207" w:lineRule="exact"/>
                            <w:ind w:left="1" w:right="3"/>
                            <w:jc w:val="center"/>
                            <w:rPr>
                              <w:b/>
                              <w:sz w:val="18"/>
                              <w:lang w:val="it-IT"/>
                            </w:rPr>
                          </w:pPr>
                          <w:r w:rsidRPr="003A6D90">
                            <w:rPr>
                              <w:b/>
                              <w:color w:val="000000"/>
                              <w:sz w:val="18"/>
                              <w:lang w:val="it-IT"/>
                            </w:rPr>
                            <w:t>LICEO</w:t>
                          </w:r>
                          <w:r w:rsidRPr="003A6D90">
                            <w:rPr>
                              <w:b/>
                              <w:color w:val="000000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b/>
                              <w:color w:val="000000"/>
                              <w:sz w:val="18"/>
                              <w:lang w:val="it-IT"/>
                            </w:rPr>
                            <w:t>LINGUISTICO E LICEO DELLE SCIENZE UMANE “M.</w:t>
                          </w:r>
                          <w:r w:rsidRPr="003A6D90">
                            <w:rPr>
                              <w:b/>
                              <w:color w:val="000000"/>
                              <w:spacing w:val="-2"/>
                              <w:sz w:val="18"/>
                              <w:lang w:val="it-IT"/>
                            </w:rPr>
                            <w:t xml:space="preserve"> MONTESSORI”</w:t>
                          </w:r>
                        </w:p>
                        <w:p w:rsidR="003A6D90" w:rsidRPr="003A6D90" w:rsidRDefault="003A6D90" w:rsidP="003A6D90">
                          <w:pPr>
                            <w:spacing w:line="207" w:lineRule="exact"/>
                            <w:ind w:left="3" w:right="2"/>
                            <w:jc w:val="center"/>
                            <w:rPr>
                              <w:sz w:val="18"/>
                              <w:lang w:val="it-IT"/>
                            </w:rPr>
                          </w:pP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Via</w:t>
                          </w:r>
                          <w:r w:rsidRPr="003A6D90">
                            <w:rPr>
                              <w:color w:val="000000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Lunense</w:t>
                          </w:r>
                          <w:r w:rsidRPr="003A6D90">
                            <w:rPr>
                              <w:color w:val="000000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39/b – 54033</w:t>
                          </w:r>
                          <w:r w:rsidRPr="003A6D90">
                            <w:rPr>
                              <w:color w:val="000000"/>
                              <w:spacing w:val="-2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Marina</w:t>
                          </w:r>
                          <w:r w:rsidRPr="003A6D90">
                            <w:rPr>
                              <w:color w:val="000000"/>
                              <w:spacing w:val="-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di</w:t>
                          </w:r>
                          <w:r w:rsidRPr="003A6D90">
                            <w:rPr>
                              <w:color w:val="000000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Carrara</w:t>
                          </w:r>
                          <w:r w:rsidRPr="003A6D90">
                            <w:rPr>
                              <w:color w:val="000000"/>
                              <w:spacing w:val="-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(MS)</w:t>
                          </w:r>
                          <w:r w:rsidRPr="003A6D90">
                            <w:rPr>
                              <w:color w:val="000000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Tel</w:t>
                          </w:r>
                          <w:r w:rsidRPr="003A6D90">
                            <w:rPr>
                              <w:color w:val="000000"/>
                              <w:spacing w:val="-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0585</w:t>
                          </w:r>
                          <w:r w:rsidRPr="003A6D90">
                            <w:rPr>
                              <w:color w:val="000000"/>
                              <w:spacing w:val="-2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786366</w:t>
                          </w:r>
                          <w:r w:rsidRPr="003A6D90">
                            <w:rPr>
                              <w:color w:val="000000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–</w:t>
                          </w:r>
                          <w:r w:rsidRPr="003A6D90">
                            <w:rPr>
                              <w:color w:val="000000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Fax</w:t>
                          </w:r>
                          <w:r w:rsidRPr="003A6D90">
                            <w:rPr>
                              <w:color w:val="000000"/>
                              <w:spacing w:val="-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0585</w:t>
                          </w:r>
                          <w:r w:rsidRPr="003A6D90">
                            <w:rPr>
                              <w:color w:val="000000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pacing w:val="-2"/>
                              <w:sz w:val="18"/>
                              <w:lang w:val="it-IT"/>
                            </w:rPr>
                            <w:t>630939</w:t>
                          </w:r>
                        </w:p>
                        <w:p w:rsidR="003A6D90" w:rsidRPr="003A6D90" w:rsidRDefault="003A6D90" w:rsidP="003A6D90">
                          <w:pPr>
                            <w:spacing w:line="207" w:lineRule="exact"/>
                            <w:ind w:left="1" w:right="2"/>
                            <w:jc w:val="center"/>
                            <w:rPr>
                              <w:b/>
                              <w:sz w:val="18"/>
                              <w:lang w:val="it-IT"/>
                            </w:rPr>
                          </w:pPr>
                          <w:r w:rsidRPr="003A6D90">
                            <w:rPr>
                              <w:b/>
                              <w:color w:val="000000"/>
                              <w:sz w:val="18"/>
                              <w:lang w:val="it-IT"/>
                            </w:rPr>
                            <w:t>LICEO</w:t>
                          </w:r>
                          <w:r w:rsidRPr="003A6D90">
                            <w:rPr>
                              <w:b/>
                              <w:color w:val="000000"/>
                              <w:spacing w:val="-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b/>
                              <w:color w:val="000000"/>
                              <w:sz w:val="18"/>
                              <w:lang w:val="it-IT"/>
                            </w:rPr>
                            <w:t>CLASSICO</w:t>
                          </w:r>
                          <w:r w:rsidRPr="003A6D90">
                            <w:rPr>
                              <w:b/>
                              <w:color w:val="000000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b/>
                              <w:color w:val="000000"/>
                              <w:sz w:val="18"/>
                              <w:lang w:val="it-IT"/>
                            </w:rPr>
                            <w:t>“E.</w:t>
                          </w:r>
                          <w:r w:rsidRPr="003A6D90">
                            <w:rPr>
                              <w:b/>
                              <w:color w:val="000000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b/>
                              <w:color w:val="000000"/>
                              <w:spacing w:val="-2"/>
                              <w:sz w:val="18"/>
                              <w:lang w:val="it-IT"/>
                            </w:rPr>
                            <w:t>REPETTI”</w:t>
                          </w:r>
                        </w:p>
                        <w:p w:rsidR="003A6D90" w:rsidRPr="003A6D90" w:rsidRDefault="003A6D90" w:rsidP="003A6D90">
                          <w:pPr>
                            <w:spacing w:line="207" w:lineRule="exact"/>
                            <w:ind w:left="1" w:right="2"/>
                            <w:jc w:val="center"/>
                            <w:rPr>
                              <w:sz w:val="18"/>
                              <w:lang w:val="it-IT"/>
                            </w:rPr>
                          </w:pP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Viale</w:t>
                          </w:r>
                          <w:r w:rsidRPr="003A6D90">
                            <w:rPr>
                              <w:color w:val="000000"/>
                              <w:spacing w:val="-3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XX Settembre,</w:t>
                          </w:r>
                          <w:r w:rsidRPr="003A6D90">
                            <w:rPr>
                              <w:color w:val="000000"/>
                              <w:spacing w:val="-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120</w:t>
                          </w:r>
                          <w:r w:rsidRPr="003A6D90">
                            <w:rPr>
                              <w:color w:val="000000"/>
                              <w:spacing w:val="45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-</w:t>
                          </w:r>
                          <w:r w:rsidRPr="003A6D90">
                            <w:rPr>
                              <w:color w:val="000000"/>
                              <w:spacing w:val="-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54033 Carrara-</w:t>
                          </w:r>
                          <w:r w:rsidRPr="003A6D90">
                            <w:rPr>
                              <w:color w:val="000000"/>
                              <w:spacing w:val="-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Tel 0585</w:t>
                          </w:r>
                          <w:r w:rsidRPr="003A6D90">
                            <w:rPr>
                              <w:color w:val="000000"/>
                              <w:spacing w:val="-2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846348 –</w:t>
                          </w:r>
                          <w:r w:rsidRPr="003A6D90">
                            <w:rPr>
                              <w:color w:val="000000"/>
                              <w:spacing w:val="-2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z w:val="18"/>
                              <w:lang w:val="it-IT"/>
                            </w:rPr>
                            <w:t>Fax 0585</w:t>
                          </w:r>
                          <w:r w:rsidRPr="003A6D90">
                            <w:rPr>
                              <w:color w:val="000000"/>
                              <w:spacing w:val="1"/>
                              <w:sz w:val="18"/>
                              <w:lang w:val="it-IT"/>
                            </w:rPr>
                            <w:t xml:space="preserve"> </w:t>
                          </w:r>
                          <w:r w:rsidRPr="003A6D90">
                            <w:rPr>
                              <w:color w:val="000000"/>
                              <w:spacing w:val="-2"/>
                              <w:sz w:val="18"/>
                              <w:lang w:val="it-IT"/>
                            </w:rPr>
                            <w:t>847309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2E76C9F" id="Textbox 6" o:spid="_x0000_s1026" style="position:absolute;margin-left:57.65pt;margin-top:1.35pt;width:493.2pt;height:54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" o:allowincell="f" filled="f" strokeweight=".18mm">
              <v:stroke joinstyle="round"/>
              <v:textbox inset="0,0,0,0">
                <w:txbxContent>
                  <w:p w:rsidR="003A6D90" w:rsidRPr="003A6D90" w:rsidRDefault="003A6D90" w:rsidP="003A6D90">
                    <w:pPr>
                      <w:spacing w:before="19" w:line="207" w:lineRule="exact"/>
                      <w:ind w:left="1" w:right="3"/>
                      <w:jc w:val="center"/>
                      <w:rPr>
                        <w:b/>
                        <w:sz w:val="18"/>
                        <w:lang w:val="it-IT"/>
                      </w:rPr>
                    </w:pPr>
                    <w:r w:rsidRPr="003A6D90">
                      <w:rPr>
                        <w:b/>
                        <w:color w:val="000000"/>
                        <w:sz w:val="18"/>
                        <w:lang w:val="it-IT"/>
                      </w:rPr>
                      <w:t>LICEO</w:t>
                    </w:r>
                    <w:r w:rsidRPr="003A6D90">
                      <w:rPr>
                        <w:b/>
                        <w:color w:val="000000"/>
                        <w:spacing w:val="-3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b/>
                        <w:color w:val="000000"/>
                        <w:sz w:val="18"/>
                        <w:lang w:val="it-IT"/>
                      </w:rPr>
                      <w:t>LINGUISTICO E LICEO DELLE SCIENZE UMANE “M.</w:t>
                    </w:r>
                    <w:r w:rsidRPr="003A6D90">
                      <w:rPr>
                        <w:b/>
                        <w:color w:val="000000"/>
                        <w:spacing w:val="-2"/>
                        <w:sz w:val="18"/>
                        <w:lang w:val="it-IT"/>
                      </w:rPr>
                      <w:t xml:space="preserve"> MONTESSORI”</w:t>
                    </w:r>
                  </w:p>
                  <w:p w:rsidR="003A6D90" w:rsidRPr="003A6D90" w:rsidRDefault="003A6D90" w:rsidP="003A6D90">
                    <w:pPr>
                      <w:spacing w:line="207" w:lineRule="exact"/>
                      <w:ind w:left="3" w:right="2"/>
                      <w:jc w:val="center"/>
                      <w:rPr>
                        <w:sz w:val="18"/>
                        <w:lang w:val="it-IT"/>
                      </w:rPr>
                    </w:pPr>
                    <w:r w:rsidRPr="003A6D90">
                      <w:rPr>
                        <w:color w:val="000000"/>
                        <w:sz w:val="18"/>
                        <w:lang w:val="it-IT"/>
                      </w:rPr>
                      <w:t>Via</w:t>
                    </w:r>
                    <w:r w:rsidRPr="003A6D90">
                      <w:rPr>
                        <w:color w:val="000000"/>
                        <w:spacing w:val="-3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Lunense</w:t>
                    </w:r>
                    <w:r w:rsidRPr="003A6D90">
                      <w:rPr>
                        <w:color w:val="000000"/>
                        <w:spacing w:val="-3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39/b – 54033</w:t>
                    </w:r>
                    <w:r w:rsidRPr="003A6D90">
                      <w:rPr>
                        <w:color w:val="000000"/>
                        <w:spacing w:val="-2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Marina</w:t>
                    </w:r>
                    <w:r w:rsidRPr="003A6D90">
                      <w:rPr>
                        <w:color w:val="000000"/>
                        <w:spacing w:val="-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di</w:t>
                    </w:r>
                    <w:r w:rsidRPr="003A6D90">
                      <w:rPr>
                        <w:color w:val="000000"/>
                        <w:spacing w:val="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Carrara</w:t>
                    </w:r>
                    <w:r w:rsidRPr="003A6D90">
                      <w:rPr>
                        <w:color w:val="000000"/>
                        <w:spacing w:val="-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(MS)</w:t>
                    </w:r>
                    <w:r w:rsidRPr="003A6D90">
                      <w:rPr>
                        <w:color w:val="000000"/>
                        <w:spacing w:val="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Tel</w:t>
                    </w:r>
                    <w:r w:rsidRPr="003A6D90">
                      <w:rPr>
                        <w:color w:val="000000"/>
                        <w:spacing w:val="-5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0585</w:t>
                    </w:r>
                    <w:r w:rsidRPr="003A6D90">
                      <w:rPr>
                        <w:color w:val="000000"/>
                        <w:spacing w:val="-2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786366</w:t>
                    </w:r>
                    <w:r w:rsidRPr="003A6D90">
                      <w:rPr>
                        <w:color w:val="000000"/>
                        <w:spacing w:val="-3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–</w:t>
                    </w:r>
                    <w:r w:rsidRPr="003A6D90">
                      <w:rPr>
                        <w:color w:val="000000"/>
                        <w:spacing w:val="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Fax</w:t>
                    </w:r>
                    <w:r w:rsidRPr="003A6D90">
                      <w:rPr>
                        <w:color w:val="000000"/>
                        <w:spacing w:val="-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0585</w:t>
                    </w:r>
                    <w:r w:rsidRPr="003A6D90">
                      <w:rPr>
                        <w:color w:val="000000"/>
                        <w:spacing w:val="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pacing w:val="-2"/>
                        <w:sz w:val="18"/>
                        <w:lang w:val="it-IT"/>
                      </w:rPr>
                      <w:t>630939</w:t>
                    </w:r>
                  </w:p>
                  <w:p w:rsidR="003A6D90" w:rsidRPr="003A6D90" w:rsidRDefault="003A6D90" w:rsidP="003A6D90">
                    <w:pPr>
                      <w:spacing w:line="207" w:lineRule="exact"/>
                      <w:ind w:left="1" w:right="2"/>
                      <w:jc w:val="center"/>
                      <w:rPr>
                        <w:b/>
                        <w:sz w:val="18"/>
                        <w:lang w:val="it-IT"/>
                      </w:rPr>
                    </w:pPr>
                    <w:r w:rsidRPr="003A6D90">
                      <w:rPr>
                        <w:b/>
                        <w:color w:val="000000"/>
                        <w:sz w:val="18"/>
                        <w:lang w:val="it-IT"/>
                      </w:rPr>
                      <w:t>LICEO</w:t>
                    </w:r>
                    <w:r w:rsidRPr="003A6D90">
                      <w:rPr>
                        <w:b/>
                        <w:color w:val="000000"/>
                        <w:spacing w:val="-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b/>
                        <w:color w:val="000000"/>
                        <w:sz w:val="18"/>
                        <w:lang w:val="it-IT"/>
                      </w:rPr>
                      <w:t>CLASSICO</w:t>
                    </w:r>
                    <w:r w:rsidRPr="003A6D90">
                      <w:rPr>
                        <w:b/>
                        <w:color w:val="000000"/>
                        <w:spacing w:val="-3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b/>
                        <w:color w:val="000000"/>
                        <w:sz w:val="18"/>
                        <w:lang w:val="it-IT"/>
                      </w:rPr>
                      <w:t>“E.</w:t>
                    </w:r>
                    <w:r w:rsidRPr="003A6D90">
                      <w:rPr>
                        <w:b/>
                        <w:color w:val="000000"/>
                        <w:spacing w:val="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b/>
                        <w:color w:val="000000"/>
                        <w:spacing w:val="-2"/>
                        <w:sz w:val="18"/>
                        <w:lang w:val="it-IT"/>
                      </w:rPr>
                      <w:t>REPETTI”</w:t>
                    </w:r>
                  </w:p>
                  <w:p w:rsidR="003A6D90" w:rsidRPr="003A6D90" w:rsidRDefault="003A6D90" w:rsidP="003A6D90">
                    <w:pPr>
                      <w:spacing w:line="207" w:lineRule="exact"/>
                      <w:ind w:left="1" w:right="2"/>
                      <w:jc w:val="center"/>
                      <w:rPr>
                        <w:sz w:val="18"/>
                        <w:lang w:val="it-IT"/>
                      </w:rPr>
                    </w:pPr>
                    <w:r w:rsidRPr="003A6D90">
                      <w:rPr>
                        <w:color w:val="000000"/>
                        <w:sz w:val="18"/>
                        <w:lang w:val="it-IT"/>
                      </w:rPr>
                      <w:t>Viale</w:t>
                    </w:r>
                    <w:r w:rsidRPr="003A6D90">
                      <w:rPr>
                        <w:color w:val="000000"/>
                        <w:spacing w:val="-3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XX Settembre,</w:t>
                    </w:r>
                    <w:r w:rsidRPr="003A6D90">
                      <w:rPr>
                        <w:color w:val="000000"/>
                        <w:spacing w:val="-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120</w:t>
                    </w:r>
                    <w:r w:rsidRPr="003A6D90">
                      <w:rPr>
                        <w:color w:val="000000"/>
                        <w:spacing w:val="45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-</w:t>
                    </w:r>
                    <w:r w:rsidRPr="003A6D90">
                      <w:rPr>
                        <w:color w:val="000000"/>
                        <w:spacing w:val="-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54033 Carrara-</w:t>
                    </w:r>
                    <w:r w:rsidRPr="003A6D90">
                      <w:rPr>
                        <w:color w:val="000000"/>
                        <w:spacing w:val="-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Tel 0585</w:t>
                    </w:r>
                    <w:r w:rsidRPr="003A6D90">
                      <w:rPr>
                        <w:color w:val="000000"/>
                        <w:spacing w:val="-2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846348 –</w:t>
                    </w:r>
                    <w:r w:rsidRPr="003A6D90">
                      <w:rPr>
                        <w:color w:val="000000"/>
                        <w:spacing w:val="-2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z w:val="18"/>
                        <w:lang w:val="it-IT"/>
                      </w:rPr>
                      <w:t>Fax 0585</w:t>
                    </w:r>
                    <w:r w:rsidRPr="003A6D90">
                      <w:rPr>
                        <w:color w:val="000000"/>
                        <w:spacing w:val="1"/>
                        <w:sz w:val="18"/>
                        <w:lang w:val="it-IT"/>
                      </w:rPr>
                      <w:t xml:space="preserve"> </w:t>
                    </w:r>
                    <w:r w:rsidRPr="003A6D90">
                      <w:rPr>
                        <w:color w:val="000000"/>
                        <w:spacing w:val="-2"/>
                        <w:sz w:val="18"/>
                        <w:lang w:val="it-IT"/>
                      </w:rPr>
                      <w:t>847309</w:t>
                    </w:r>
                  </w:p>
                </w:txbxContent>
              </v:textbox>
              <w10:wrap type="topAndBottom" anchorx="page"/>
            </v:rect>
          </w:pict>
        </mc:Fallback>
      </mc:AlternateContent>
    </w:r>
  </w:p>
  <w:p w:rsidR="003A6D90" w:rsidRPr="003A6D90" w:rsidRDefault="003A6D90">
    <w:pPr>
      <w:pStyle w:val="Intestazione"/>
      <w:rPr>
        <w:rFonts w:ascii="Garamond" w:hAnsi="Garamond"/>
        <w:lang w:val="it-IT"/>
      </w:rPr>
    </w:pPr>
  </w:p>
  <w:p w:rsidR="003A6D90" w:rsidRPr="003A6D90" w:rsidRDefault="003A6D90">
    <w:pPr>
      <w:pStyle w:val="Intestazione"/>
      <w:rPr>
        <w:rFonts w:ascii="Garamond" w:hAnsi="Garamond"/>
        <w:lang w:val="it-IT"/>
      </w:rPr>
    </w:pPr>
  </w:p>
  <w:p w:rsidR="003A6D90" w:rsidRDefault="003A6D90">
    <w:pPr>
      <w:pStyle w:val="Intestazione"/>
      <w:rPr>
        <w:lang w:val="it-IT"/>
      </w:rPr>
    </w:pPr>
  </w:p>
  <w:p w:rsidR="003A6D90" w:rsidRPr="003A6D90" w:rsidRDefault="003A6D9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8221483">
    <w:abstractNumId w:val="8"/>
  </w:num>
  <w:num w:numId="2" w16cid:durableId="1478962040">
    <w:abstractNumId w:val="6"/>
  </w:num>
  <w:num w:numId="3" w16cid:durableId="375813082">
    <w:abstractNumId w:val="5"/>
  </w:num>
  <w:num w:numId="4" w16cid:durableId="1571112780">
    <w:abstractNumId w:val="4"/>
  </w:num>
  <w:num w:numId="5" w16cid:durableId="1585186570">
    <w:abstractNumId w:val="7"/>
  </w:num>
  <w:num w:numId="6" w16cid:durableId="439492781">
    <w:abstractNumId w:val="3"/>
  </w:num>
  <w:num w:numId="7" w16cid:durableId="334965150">
    <w:abstractNumId w:val="2"/>
  </w:num>
  <w:num w:numId="8" w16cid:durableId="2138403724">
    <w:abstractNumId w:val="1"/>
  </w:num>
  <w:num w:numId="9" w16cid:durableId="1871382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5BF"/>
    <w:rsid w:val="0015074B"/>
    <w:rsid w:val="001D63BE"/>
    <w:rsid w:val="0029639D"/>
    <w:rsid w:val="00326F90"/>
    <w:rsid w:val="003A6D90"/>
    <w:rsid w:val="005E3B00"/>
    <w:rsid w:val="00696B6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37127C"/>
  <w14:defaultImageDpi w14:val="300"/>
  <w15:docId w15:val="{E71DAAAF-7C36-394B-9B69-AD7E26CA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3A6D9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6D9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A6D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sis002003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4</cp:revision>
  <dcterms:created xsi:type="dcterms:W3CDTF">2013-12-23T23:15:00Z</dcterms:created>
  <dcterms:modified xsi:type="dcterms:W3CDTF">2026-09-07T16:30:00Z</dcterms:modified>
  <cp:category/>
</cp:coreProperties>
</file>